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FFA31" w14:textId="2507043A" w:rsidR="00897609" w:rsidRDefault="00000000" w:rsidP="00EB27ED">
      <w:pPr>
        <w:tabs>
          <w:tab w:val="left" w:pos="7143"/>
        </w:tabs>
        <w:spacing w:after="100"/>
        <w:jc w:val="right"/>
      </w:pPr>
      <w:r>
        <w:rPr>
          <w:b/>
          <w:sz w:val="24"/>
        </w:rPr>
        <w:t xml:space="preserve">[Logo de </w:t>
      </w:r>
      <w:proofErr w:type="spellStart"/>
      <w:r>
        <w:rPr>
          <w:b/>
          <w:sz w:val="24"/>
        </w:rPr>
        <w:t>votre</w:t>
      </w:r>
      <w:proofErr w:type="spellEnd"/>
      <w:r>
        <w:rPr>
          <w:b/>
          <w:sz w:val="24"/>
        </w:rPr>
        <w:t xml:space="preserve"> MSP]</w:t>
      </w:r>
      <w:r>
        <w:tab/>
      </w:r>
      <w:r w:rsidR="00EB27ED">
        <w:rPr>
          <w:noProof/>
        </w:rPr>
        <w:drawing>
          <wp:inline distT="0" distB="0" distL="0" distR="0" wp14:anchorId="1939E9DB" wp14:editId="73903659">
            <wp:extent cx="1533525" cy="1533525"/>
            <wp:effectExtent l="0" t="0" r="0" b="0"/>
            <wp:docPr id="2066616842" name="Image 1" descr="AVEC L'EXERCICE COORDONNￃﾉ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616842" name="Image 1" descr="AVEC L'EXERCICE COORDONNￃﾉ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38337" cy="153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E2103" w14:textId="77777777" w:rsidR="00897609" w:rsidRDefault="00000000">
      <w:pPr>
        <w:spacing w:after="160"/>
      </w:pPr>
      <w:r>
        <w:rPr>
          <w:noProof/>
        </w:rPr>
        <w:drawing>
          <wp:inline distT="0" distB="0" distL="0" distR="0" wp14:anchorId="063BCA18" wp14:editId="3EC49D43">
            <wp:extent cx="6480000" cy="144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-phot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5498E" w14:textId="77777777" w:rsidR="00897609" w:rsidRDefault="00000000">
      <w:pPr>
        <w:pStyle w:val="Titre"/>
        <w:spacing w:after="80"/>
        <w:jc w:val="center"/>
      </w:pPr>
      <w:r>
        <w:rPr>
          <w:rFonts w:ascii="Cambria" w:hAnsi="Cambria"/>
          <w:b/>
          <w:color w:val="142C87"/>
          <w:sz w:val="46"/>
        </w:rPr>
        <w:t>ET SI VOUS VENIEZ AVEC NOUS ?</w:t>
      </w:r>
    </w:p>
    <w:p w14:paraId="2DB3A1C8" w14:textId="77777777" w:rsidR="00897609" w:rsidRDefault="00000000">
      <w:pPr>
        <w:spacing w:after="240"/>
        <w:jc w:val="center"/>
      </w:pPr>
      <w:r>
        <w:rPr>
          <w:b/>
          <w:color w:val="142C87"/>
          <w:sz w:val="26"/>
        </w:rPr>
        <w:t>Votre expérience compte. Votre regard aussi.</w:t>
      </w:r>
    </w:p>
    <w:p w14:paraId="5F523D49" w14:textId="77777777" w:rsidR="00897609" w:rsidRDefault="00000000">
      <w:r>
        <w:t>Madame, Monsieur,</w:t>
      </w:r>
    </w:p>
    <w:p w14:paraId="71060C3B" w14:textId="77777777" w:rsidR="00897609" w:rsidRDefault="00000000">
      <w:r>
        <w:t>L’équipe de votre maison de santé vous invite à l’accompagner à la Journée régionale de l’exercice coordonné, organisée par la FEMAS Hauts-de-France.</w:t>
      </w:r>
    </w:p>
    <w:p w14:paraId="10103729" w14:textId="77777777" w:rsidR="00897609" w:rsidRDefault="00000000">
      <w:pPr>
        <w:spacing w:after="160"/>
        <w:jc w:val="center"/>
      </w:pPr>
      <w:r>
        <w:rPr>
          <w:b/>
          <w:color w:val="22602C"/>
          <w:sz w:val="32"/>
        </w:rPr>
        <w:t>Soigner autrement pour un avenir durable</w:t>
      </w:r>
    </w:p>
    <w:p w14:paraId="5920DFF5" w14:textId="77777777" w:rsidR="00897609" w:rsidRDefault="00000000">
      <w:r>
        <w:t>Venez rencontrer des professionnels de santé, découvrir des initiatives et échanger sur les soins de demain.</w:t>
      </w:r>
    </w:p>
    <w:p w14:paraId="5D3C9F75" w14:textId="77777777" w:rsidR="00897609" w:rsidRDefault="00000000">
      <w:r>
        <w:rPr>
          <w:b/>
        </w:rPr>
        <w:t>Votre expérience de patient et votre regard ont toute leur place dans ces échanges.</w:t>
      </w:r>
    </w:p>
    <w:p w14:paraId="79BE2318" w14:textId="77777777" w:rsidR="00897609" w:rsidRDefault="00000000">
      <w:pPr>
        <w:spacing w:after="240"/>
      </w:pPr>
      <w:r>
        <w:t>Aucune connaissance particulière n’est nécessaire : votre expérience est ce qui nous intéresse.</w:t>
      </w:r>
    </w:p>
    <w:p w14:paraId="0E553686" w14:textId="77777777" w:rsidR="00897609" w:rsidRDefault="00000000">
      <w:pPr>
        <w:pBdr>
          <w:top w:val="single" w:sz="1" w:space="8" w:color="E4F3FB"/>
          <w:left w:val="single" w:sz="1" w:space="8" w:color="E4F3FB"/>
          <w:bottom w:val="single" w:sz="1" w:space="8" w:color="E4F3FB"/>
          <w:right w:val="single" w:sz="1" w:space="8" w:color="E4F3FB"/>
        </w:pBdr>
        <w:shd w:val="clear" w:color="auto" w:fill="E4F3FB"/>
        <w:spacing w:after="300"/>
        <w:jc w:val="center"/>
      </w:pPr>
      <w:r>
        <w:rPr>
          <w:b/>
        </w:rPr>
        <w:t>VENDREDI 27 NOVEMBRE 2026</w:t>
      </w:r>
      <w:r>
        <w:rPr>
          <w:b/>
        </w:rPr>
        <w:br/>
        <w:t>De 9 h à 16 h 30</w:t>
      </w:r>
      <w:r>
        <w:rPr>
          <w:b/>
        </w:rPr>
        <w:br/>
        <w:t>Siège de Région Hauts-de-France — Lille</w:t>
      </w:r>
      <w:r>
        <w:rPr>
          <w:b/>
        </w:rPr>
        <w:br/>
        <w:t>Inscription gratuite pour les usagers</w:t>
      </w:r>
    </w:p>
    <w:p w14:paraId="76196E3F" w14:textId="77777777" w:rsidR="00897609" w:rsidRDefault="00000000">
      <w:pPr>
        <w:pBdr>
          <w:top w:val="single" w:sz="1" w:space="8" w:color="EDF5E8"/>
          <w:left w:val="single" w:sz="1" w:space="8" w:color="EDF5E8"/>
          <w:bottom w:val="single" w:sz="1" w:space="8" w:color="EDF5E8"/>
          <w:right w:val="single" w:sz="1" w:space="8" w:color="EDF5E8"/>
        </w:pBdr>
        <w:shd w:val="clear" w:color="auto" w:fill="EDF5E8"/>
        <w:spacing w:after="300"/>
      </w:pPr>
      <w:r>
        <w:rPr>
          <w:b/>
          <w:color w:val="22602C"/>
        </w:rPr>
        <w:t>ENVIE DE PARTICIPER ?</w:t>
      </w:r>
      <w:r>
        <w:rPr>
          <w:b/>
          <w:color w:val="22602C"/>
        </w:rPr>
        <w:br/>
        <w:t>Pour vous inscrire, contactez notre référent :</w:t>
      </w:r>
      <w:r>
        <w:rPr>
          <w:b/>
          <w:color w:val="22602C"/>
        </w:rPr>
        <w:br/>
        <w:t>[Nom ou accueil de la MSP]</w:t>
      </w:r>
      <w:r>
        <w:rPr>
          <w:b/>
          <w:color w:val="22602C"/>
        </w:rPr>
        <w:br/>
        <w:t>[Téléphone] • [Adresse mail]</w:t>
      </w:r>
    </w:p>
    <w:p w14:paraId="48A7503C" w14:textId="77777777" w:rsidR="00897609" w:rsidRDefault="00000000">
      <w:r>
        <w:t>C’est notre équipe qui se charge de votre inscription (gratuite) : nous vous présenterons le programme et organiserons votre venue avec vous.</w:t>
      </w:r>
    </w:p>
    <w:p w14:paraId="55BDF69F" w14:textId="77777777" w:rsidR="00897609" w:rsidRDefault="00000000">
      <w:r>
        <w:t>Au plaisir de partager cette journée avec vous !</w:t>
      </w:r>
    </w:p>
    <w:p w14:paraId="73AB1005" w14:textId="77777777" w:rsidR="00897609" w:rsidRDefault="00000000">
      <w:pPr>
        <w:spacing w:after="140"/>
      </w:pPr>
      <w:r>
        <w:rPr>
          <w:b/>
        </w:rPr>
        <w:t>L’équipe de [nom de votre maison de santé]</w:t>
      </w:r>
    </w:p>
    <w:p w14:paraId="04927CFE" w14:textId="7B485390" w:rsidR="00897609" w:rsidRDefault="00000000">
      <w:pPr>
        <w:spacing w:after="0"/>
        <w:jc w:val="center"/>
      </w:pPr>
      <w:proofErr w:type="spellStart"/>
      <w:r>
        <w:rPr>
          <w:color w:val="142C87"/>
          <w:sz w:val="18"/>
        </w:rPr>
        <w:t>Programme</w:t>
      </w:r>
      <w:proofErr w:type="spellEnd"/>
      <w:r>
        <w:rPr>
          <w:color w:val="142C87"/>
          <w:sz w:val="18"/>
        </w:rPr>
        <w:t xml:space="preserve"> : app.imagina.com/</w:t>
      </w:r>
      <w:proofErr w:type="spellStart"/>
      <w:r>
        <w:rPr>
          <w:color w:val="142C87"/>
          <w:sz w:val="18"/>
        </w:rPr>
        <w:t>journee-regionale-femas</w:t>
      </w:r>
      <w:proofErr w:type="spellEnd"/>
      <w:r w:rsidR="00EB27ED">
        <w:rPr>
          <w:color w:val="142C87"/>
          <w:sz w:val="18"/>
        </w:rPr>
        <w:t xml:space="preserve">    </w:t>
      </w:r>
      <w:r w:rsidR="00EB27ED">
        <w:rPr>
          <w:noProof/>
        </w:rPr>
        <w:drawing>
          <wp:inline distT="0" distB="0" distL="0" distR="0" wp14:anchorId="20BAA8EF" wp14:editId="6656F7EB">
            <wp:extent cx="457200" cy="457200"/>
            <wp:effectExtent l="0" t="0" r="0" b="0"/>
            <wp:docPr id="789508248" name="Image 2" descr="The image shows a QR code, which is a two-dimensional barcode that can be scanned by a smartphone to provide information or access a website.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08248" name="Image 2" descr="The image shows a QR code, which is a two-dimensional barcode that can be scanned by a smartphone to provide information or access a website.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59476" cy="45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7609" w:rsidSect="00034616">
      <w:pgSz w:w="11906" w:h="16838"/>
      <w:pgMar w:top="624" w:right="850" w:bottom="62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6479070">
    <w:abstractNumId w:val="8"/>
  </w:num>
  <w:num w:numId="2" w16cid:durableId="317727450">
    <w:abstractNumId w:val="6"/>
  </w:num>
  <w:num w:numId="3" w16cid:durableId="171798486">
    <w:abstractNumId w:val="5"/>
  </w:num>
  <w:num w:numId="4" w16cid:durableId="1541741996">
    <w:abstractNumId w:val="4"/>
  </w:num>
  <w:num w:numId="5" w16cid:durableId="1640646881">
    <w:abstractNumId w:val="7"/>
  </w:num>
  <w:num w:numId="6" w16cid:durableId="1790591211">
    <w:abstractNumId w:val="3"/>
  </w:num>
  <w:num w:numId="7" w16cid:durableId="899053740">
    <w:abstractNumId w:val="2"/>
  </w:num>
  <w:num w:numId="8" w16cid:durableId="1881162259">
    <w:abstractNumId w:val="1"/>
  </w:num>
  <w:num w:numId="9" w16cid:durableId="1936935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97609"/>
    <w:rsid w:val="00AA1D8D"/>
    <w:rsid w:val="00B47730"/>
    <w:rsid w:val="00CB0664"/>
    <w:rsid w:val="00E75228"/>
    <w:rsid w:val="00EB27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390839"/>
  <w14:defaultImageDpi w14:val="300"/>
  <w15:docId w15:val="{CF6CF8C9-75CE-49B4-B3E3-CC6EDEAA0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173A64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des usagers à la Journée régionale 2026</dc:title>
  <dc:subject/>
  <dc:creator>Jennifer Ramos</dc:creator>
  <cp:keywords/>
  <dc:description>generated by python-docx</dc:description>
  <cp:lastModifiedBy>Jennifer RAMOS</cp:lastModifiedBy>
  <cp:revision>2</cp:revision>
  <dcterms:created xsi:type="dcterms:W3CDTF">2026-10-07T14:24:00Z</dcterms:created>
  <dcterms:modified xsi:type="dcterms:W3CDTF">2026-10-07T14:24:00Z</dcterms:modified>
  <cp:category/>
</cp:coreProperties>
</file>